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248FA8" w14:textId="77777777" w:rsidR="00CB3855" w:rsidRPr="00CB3855" w:rsidRDefault="00CB3855" w:rsidP="00CB3855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CB3855">
        <w:rPr>
          <w:rFonts w:ascii="Arial" w:hAnsi="Arial" w:cs="Arial"/>
          <w:b/>
          <w:sz w:val="28"/>
          <w:szCs w:val="28"/>
          <w:u w:val="single"/>
        </w:rPr>
        <w:t>CORPORATION OF THE TOWN OF BLIND RIVER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0"/>
        <w:gridCol w:w="4320"/>
      </w:tblGrid>
      <w:tr w:rsidR="003621DF" w:rsidRPr="00CB3855" w14:paraId="1C5476AB" w14:textId="77777777" w:rsidTr="00CB3855">
        <w:trPr>
          <w:trHeight w:val="782"/>
        </w:trPr>
        <w:tc>
          <w:tcPr>
            <w:tcW w:w="4320" w:type="dxa"/>
          </w:tcPr>
          <w:p w14:paraId="58F11523" w14:textId="77777777" w:rsidR="003621DF" w:rsidRPr="00CB3855" w:rsidRDefault="00A4468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B3855">
              <w:rPr>
                <w:rFonts w:ascii="Arial" w:hAnsi="Arial" w:cs="Arial"/>
                <w:b/>
                <w:bCs/>
                <w:sz w:val="24"/>
                <w:szCs w:val="24"/>
              </w:rPr>
              <w:t>JOB TITLE</w:t>
            </w:r>
          </w:p>
        </w:tc>
        <w:tc>
          <w:tcPr>
            <w:tcW w:w="4320" w:type="dxa"/>
          </w:tcPr>
          <w:p w14:paraId="33C4B4AF" w14:textId="77777777" w:rsidR="003621DF" w:rsidRPr="00CB3855" w:rsidRDefault="00A4468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B3855">
              <w:rPr>
                <w:rFonts w:ascii="Arial" w:hAnsi="Arial" w:cs="Arial"/>
                <w:b/>
                <w:bCs/>
                <w:sz w:val="24"/>
                <w:szCs w:val="24"/>
              </w:rPr>
              <w:t>Administrative Assistant I – Tourism</w:t>
            </w:r>
          </w:p>
        </w:tc>
      </w:tr>
      <w:tr w:rsidR="003621DF" w:rsidRPr="00CB3855" w14:paraId="24813EB8" w14:textId="77777777" w:rsidTr="00CB3855">
        <w:trPr>
          <w:trHeight w:val="513"/>
        </w:trPr>
        <w:tc>
          <w:tcPr>
            <w:tcW w:w="4320" w:type="dxa"/>
          </w:tcPr>
          <w:p w14:paraId="6F593078" w14:textId="77777777" w:rsidR="003621DF" w:rsidRPr="00CB3855" w:rsidRDefault="00A4468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B3855">
              <w:rPr>
                <w:rFonts w:ascii="Arial" w:hAnsi="Arial" w:cs="Arial"/>
                <w:b/>
                <w:bCs/>
                <w:sz w:val="24"/>
                <w:szCs w:val="24"/>
              </w:rPr>
              <w:t>DEPARTMENT</w:t>
            </w:r>
          </w:p>
        </w:tc>
        <w:tc>
          <w:tcPr>
            <w:tcW w:w="4320" w:type="dxa"/>
          </w:tcPr>
          <w:p w14:paraId="4BA56E32" w14:textId="77777777" w:rsidR="003621DF" w:rsidRPr="00CB3855" w:rsidRDefault="00A4468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B3855">
              <w:rPr>
                <w:rFonts w:ascii="Arial" w:hAnsi="Arial" w:cs="Arial"/>
                <w:b/>
                <w:bCs/>
                <w:sz w:val="24"/>
                <w:szCs w:val="24"/>
              </w:rPr>
              <w:t>Facilities &amp; Community Services</w:t>
            </w:r>
          </w:p>
        </w:tc>
      </w:tr>
      <w:tr w:rsidR="003621DF" w:rsidRPr="00CB3855" w14:paraId="47A7A041" w14:textId="77777777" w:rsidTr="00CB3855">
        <w:trPr>
          <w:trHeight w:val="711"/>
        </w:trPr>
        <w:tc>
          <w:tcPr>
            <w:tcW w:w="4320" w:type="dxa"/>
          </w:tcPr>
          <w:p w14:paraId="0D4FE86C" w14:textId="77777777" w:rsidR="003621DF" w:rsidRPr="00CB3855" w:rsidRDefault="00A4468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B3855">
              <w:rPr>
                <w:rFonts w:ascii="Arial" w:hAnsi="Arial" w:cs="Arial"/>
                <w:b/>
                <w:bCs/>
                <w:sz w:val="24"/>
                <w:szCs w:val="24"/>
              </w:rPr>
              <w:t>DIRECTLY RESPONSIBLE TO</w:t>
            </w:r>
          </w:p>
        </w:tc>
        <w:tc>
          <w:tcPr>
            <w:tcW w:w="4320" w:type="dxa"/>
          </w:tcPr>
          <w:p w14:paraId="4D9426F7" w14:textId="77777777" w:rsidR="003621DF" w:rsidRPr="00CB3855" w:rsidRDefault="00A4468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B3855">
              <w:rPr>
                <w:rFonts w:ascii="Arial" w:hAnsi="Arial" w:cs="Arial"/>
                <w:b/>
                <w:bCs/>
                <w:sz w:val="24"/>
                <w:szCs w:val="24"/>
              </w:rPr>
              <w:t>Director of Facilities &amp; Community Services</w:t>
            </w:r>
          </w:p>
        </w:tc>
      </w:tr>
      <w:tr w:rsidR="003621DF" w:rsidRPr="00CB3855" w14:paraId="09D056D6" w14:textId="77777777" w:rsidTr="00CB3855">
        <w:trPr>
          <w:trHeight w:val="522"/>
        </w:trPr>
        <w:tc>
          <w:tcPr>
            <w:tcW w:w="4320" w:type="dxa"/>
          </w:tcPr>
          <w:p w14:paraId="04BBC53E" w14:textId="77777777" w:rsidR="003621DF" w:rsidRPr="00CB3855" w:rsidRDefault="00A4468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B3855">
              <w:rPr>
                <w:rFonts w:ascii="Arial" w:hAnsi="Arial" w:cs="Arial"/>
                <w:b/>
                <w:bCs/>
                <w:sz w:val="24"/>
                <w:szCs w:val="24"/>
              </w:rPr>
              <w:t>INDIRECTLY RESPONSIBLE TO</w:t>
            </w:r>
          </w:p>
        </w:tc>
        <w:tc>
          <w:tcPr>
            <w:tcW w:w="4320" w:type="dxa"/>
          </w:tcPr>
          <w:p w14:paraId="328A9705" w14:textId="77777777" w:rsidR="003621DF" w:rsidRPr="00CB3855" w:rsidRDefault="00A4468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B3855">
              <w:rPr>
                <w:rFonts w:ascii="Arial" w:hAnsi="Arial" w:cs="Arial"/>
                <w:b/>
                <w:bCs/>
                <w:sz w:val="24"/>
                <w:szCs w:val="24"/>
              </w:rPr>
              <w:t>CAO/Clerk</w:t>
            </w:r>
          </w:p>
        </w:tc>
      </w:tr>
    </w:tbl>
    <w:p w14:paraId="18A0162D" w14:textId="77777777" w:rsidR="003621DF" w:rsidRPr="00CB3855" w:rsidRDefault="00A44688" w:rsidP="00CB3855">
      <w:pPr>
        <w:pStyle w:val="Heading2"/>
      </w:pPr>
      <w:r w:rsidRPr="00CB3855">
        <w:t>MAIN PURPOSE</w:t>
      </w:r>
    </w:p>
    <w:p w14:paraId="507F8C4C" w14:textId="77777777" w:rsidR="003621DF" w:rsidRPr="00CB3855" w:rsidRDefault="00A44688">
      <w:pPr>
        <w:rPr>
          <w:rFonts w:ascii="Arial" w:hAnsi="Arial" w:cs="Arial"/>
          <w:sz w:val="24"/>
          <w:szCs w:val="24"/>
        </w:rPr>
      </w:pPr>
      <w:r w:rsidRPr="00CB3855">
        <w:rPr>
          <w:rFonts w:ascii="Arial" w:hAnsi="Arial" w:cs="Arial"/>
          <w:sz w:val="24"/>
          <w:szCs w:val="24"/>
        </w:rPr>
        <w:t>Provides front-line administrative and visitor services support while assisting with tourism promotion, departmental administration and community service initiatives. This is the entry-level position within the administrative career stream.</w:t>
      </w:r>
    </w:p>
    <w:p w14:paraId="4836122E" w14:textId="77777777" w:rsidR="003621DF" w:rsidRPr="00CB3855" w:rsidRDefault="00A44688" w:rsidP="00CB3855">
      <w:pPr>
        <w:pStyle w:val="Heading2"/>
      </w:pPr>
      <w:r w:rsidRPr="00CB3855">
        <w:t>KEY RESPONSIBILITIES</w:t>
      </w:r>
    </w:p>
    <w:p w14:paraId="5D644EFE" w14:textId="77777777" w:rsidR="003621DF" w:rsidRPr="00CB3855" w:rsidRDefault="00A44688" w:rsidP="00CB3855">
      <w:pPr>
        <w:pStyle w:val="ListBullet"/>
        <w:spacing w:after="120" w:line="240" w:lineRule="auto"/>
        <w:contextualSpacing w:val="0"/>
        <w:rPr>
          <w:rFonts w:ascii="Arial" w:hAnsi="Arial" w:cs="Arial"/>
          <w:sz w:val="24"/>
          <w:szCs w:val="24"/>
        </w:rPr>
      </w:pPr>
      <w:r w:rsidRPr="00CB3855">
        <w:rPr>
          <w:rFonts w:ascii="Arial" w:hAnsi="Arial" w:cs="Arial"/>
          <w:sz w:val="24"/>
          <w:szCs w:val="24"/>
        </w:rPr>
        <w:t>Provide visitor information and customer service.</w:t>
      </w:r>
    </w:p>
    <w:p w14:paraId="6C374FC5" w14:textId="77777777" w:rsidR="003621DF" w:rsidRPr="00CB3855" w:rsidRDefault="00A44688" w:rsidP="00CB3855">
      <w:pPr>
        <w:pStyle w:val="ListBullet"/>
        <w:spacing w:after="120" w:line="240" w:lineRule="auto"/>
        <w:contextualSpacing w:val="0"/>
        <w:rPr>
          <w:rFonts w:ascii="Arial" w:hAnsi="Arial" w:cs="Arial"/>
          <w:sz w:val="24"/>
          <w:szCs w:val="24"/>
        </w:rPr>
      </w:pPr>
      <w:r w:rsidRPr="00CB3855">
        <w:rPr>
          <w:rFonts w:ascii="Arial" w:hAnsi="Arial" w:cs="Arial"/>
          <w:sz w:val="24"/>
          <w:szCs w:val="24"/>
        </w:rPr>
        <w:t>Assist with tourism initiatives and events.</w:t>
      </w:r>
    </w:p>
    <w:p w14:paraId="20FC2F2E" w14:textId="77777777" w:rsidR="003621DF" w:rsidRPr="00CB3855" w:rsidRDefault="00A44688" w:rsidP="00CB3855">
      <w:pPr>
        <w:pStyle w:val="ListBullet"/>
        <w:spacing w:after="120" w:line="240" w:lineRule="auto"/>
        <w:contextualSpacing w:val="0"/>
        <w:rPr>
          <w:rFonts w:ascii="Arial" w:hAnsi="Arial" w:cs="Arial"/>
          <w:sz w:val="24"/>
          <w:szCs w:val="24"/>
        </w:rPr>
      </w:pPr>
      <w:r w:rsidRPr="00CB3855">
        <w:rPr>
          <w:rFonts w:ascii="Arial" w:hAnsi="Arial" w:cs="Arial"/>
          <w:sz w:val="24"/>
          <w:szCs w:val="24"/>
        </w:rPr>
        <w:t>Assist with website updates and scheduled social media.</w:t>
      </w:r>
    </w:p>
    <w:p w14:paraId="05AABFDF" w14:textId="77777777" w:rsidR="003621DF" w:rsidRPr="00CB3855" w:rsidRDefault="00A44688" w:rsidP="00CB3855">
      <w:pPr>
        <w:pStyle w:val="ListBullet"/>
        <w:spacing w:after="120" w:line="240" w:lineRule="auto"/>
        <w:contextualSpacing w:val="0"/>
        <w:rPr>
          <w:rFonts w:ascii="Arial" w:hAnsi="Arial" w:cs="Arial"/>
          <w:sz w:val="24"/>
          <w:szCs w:val="24"/>
        </w:rPr>
      </w:pPr>
      <w:r w:rsidRPr="00CB3855">
        <w:rPr>
          <w:rFonts w:ascii="Arial" w:hAnsi="Arial" w:cs="Arial"/>
          <w:sz w:val="24"/>
          <w:szCs w:val="24"/>
        </w:rPr>
        <w:t>Maintain merchandise inventory and POS records.</w:t>
      </w:r>
    </w:p>
    <w:p w14:paraId="028F7E6B" w14:textId="77777777" w:rsidR="003621DF" w:rsidRPr="00CB3855" w:rsidRDefault="00A44688" w:rsidP="00CB3855">
      <w:pPr>
        <w:pStyle w:val="ListBullet"/>
        <w:spacing w:after="120" w:line="240" w:lineRule="auto"/>
        <w:contextualSpacing w:val="0"/>
        <w:rPr>
          <w:rFonts w:ascii="Arial" w:hAnsi="Arial" w:cs="Arial"/>
          <w:sz w:val="24"/>
          <w:szCs w:val="24"/>
        </w:rPr>
      </w:pPr>
      <w:r w:rsidRPr="00CB3855">
        <w:rPr>
          <w:rFonts w:ascii="Arial" w:hAnsi="Arial" w:cs="Arial"/>
          <w:sz w:val="24"/>
          <w:szCs w:val="24"/>
        </w:rPr>
        <w:t>Provide clerical support and records management.</w:t>
      </w:r>
    </w:p>
    <w:p w14:paraId="55F18F62" w14:textId="77777777" w:rsidR="003621DF" w:rsidRPr="00CB3855" w:rsidRDefault="00A44688" w:rsidP="00CB3855">
      <w:pPr>
        <w:pStyle w:val="ListBullet"/>
        <w:spacing w:after="120" w:line="240" w:lineRule="auto"/>
        <w:contextualSpacing w:val="0"/>
        <w:rPr>
          <w:rFonts w:ascii="Arial" w:hAnsi="Arial" w:cs="Arial"/>
          <w:sz w:val="24"/>
          <w:szCs w:val="24"/>
        </w:rPr>
      </w:pPr>
      <w:r w:rsidRPr="00CB3855">
        <w:rPr>
          <w:rFonts w:ascii="Arial" w:hAnsi="Arial" w:cs="Arial"/>
          <w:sz w:val="24"/>
          <w:szCs w:val="24"/>
        </w:rPr>
        <w:t>Assist with invoices, deposits and purchasing.</w:t>
      </w:r>
    </w:p>
    <w:p w14:paraId="2F168B81" w14:textId="77777777" w:rsidR="003621DF" w:rsidRPr="00CB3855" w:rsidRDefault="00A44688" w:rsidP="00CB3855">
      <w:pPr>
        <w:pStyle w:val="ListBullet"/>
        <w:spacing w:after="120" w:line="240" w:lineRule="auto"/>
        <w:contextualSpacing w:val="0"/>
        <w:rPr>
          <w:rFonts w:ascii="Arial" w:hAnsi="Arial" w:cs="Arial"/>
          <w:sz w:val="24"/>
          <w:szCs w:val="24"/>
        </w:rPr>
      </w:pPr>
      <w:r w:rsidRPr="00CB3855">
        <w:rPr>
          <w:rFonts w:ascii="Arial" w:hAnsi="Arial" w:cs="Arial"/>
          <w:sz w:val="24"/>
          <w:szCs w:val="24"/>
        </w:rPr>
        <w:t>Support grant information gathering.</w:t>
      </w:r>
    </w:p>
    <w:p w14:paraId="0EF2A9BC" w14:textId="77777777" w:rsidR="003621DF" w:rsidRPr="00CB3855" w:rsidRDefault="00A44688">
      <w:pPr>
        <w:pStyle w:val="ListBullet"/>
        <w:rPr>
          <w:rFonts w:ascii="Arial" w:hAnsi="Arial" w:cs="Arial"/>
          <w:sz w:val="24"/>
          <w:szCs w:val="24"/>
        </w:rPr>
      </w:pPr>
      <w:r w:rsidRPr="00CB3855">
        <w:rPr>
          <w:rFonts w:ascii="Arial" w:hAnsi="Arial" w:cs="Arial"/>
          <w:sz w:val="24"/>
          <w:szCs w:val="24"/>
        </w:rPr>
        <w:t>Perform other related duties.</w:t>
      </w:r>
    </w:p>
    <w:p w14:paraId="0E664AEC" w14:textId="77777777" w:rsidR="003621DF" w:rsidRPr="00CB3855" w:rsidRDefault="00A44688" w:rsidP="00CB3855">
      <w:pPr>
        <w:pStyle w:val="Heading2"/>
      </w:pPr>
      <w:r w:rsidRPr="00CB3855">
        <w:t>QUALIFICATIONS</w:t>
      </w:r>
    </w:p>
    <w:p w14:paraId="0554E700" w14:textId="77777777" w:rsidR="003621DF" w:rsidRPr="00CB3855" w:rsidRDefault="00A44688" w:rsidP="00CB3855">
      <w:pPr>
        <w:pStyle w:val="ListBullet"/>
        <w:spacing w:after="120" w:line="240" w:lineRule="auto"/>
        <w:contextualSpacing w:val="0"/>
        <w:rPr>
          <w:rFonts w:ascii="Arial" w:hAnsi="Arial" w:cs="Arial"/>
          <w:sz w:val="24"/>
          <w:szCs w:val="24"/>
        </w:rPr>
      </w:pPr>
      <w:r w:rsidRPr="00CB3855">
        <w:rPr>
          <w:rFonts w:ascii="Arial" w:hAnsi="Arial" w:cs="Arial"/>
          <w:sz w:val="24"/>
          <w:szCs w:val="24"/>
        </w:rPr>
        <w:t>Secondary school; post-secondary preferred.</w:t>
      </w:r>
    </w:p>
    <w:p w14:paraId="252EA55F" w14:textId="77777777" w:rsidR="003621DF" w:rsidRPr="00CB3855" w:rsidRDefault="00A44688" w:rsidP="00CB3855">
      <w:pPr>
        <w:pStyle w:val="ListBullet"/>
        <w:spacing w:after="120" w:line="240" w:lineRule="auto"/>
        <w:contextualSpacing w:val="0"/>
        <w:rPr>
          <w:rFonts w:ascii="Arial" w:hAnsi="Arial" w:cs="Arial"/>
          <w:sz w:val="24"/>
          <w:szCs w:val="24"/>
        </w:rPr>
      </w:pPr>
      <w:r w:rsidRPr="00CB3855">
        <w:rPr>
          <w:rFonts w:ascii="Arial" w:hAnsi="Arial" w:cs="Arial"/>
          <w:sz w:val="24"/>
          <w:szCs w:val="24"/>
        </w:rPr>
        <w:t>1–2 years administrative/customer service experience.</w:t>
      </w:r>
    </w:p>
    <w:p w14:paraId="098AF419" w14:textId="77777777" w:rsidR="003621DF" w:rsidRPr="00CB3855" w:rsidRDefault="00A44688" w:rsidP="00CB3855">
      <w:pPr>
        <w:pStyle w:val="ListBullet"/>
        <w:spacing w:after="120" w:line="240" w:lineRule="auto"/>
        <w:contextualSpacing w:val="0"/>
        <w:rPr>
          <w:rFonts w:ascii="Arial" w:hAnsi="Arial" w:cs="Arial"/>
          <w:sz w:val="24"/>
          <w:szCs w:val="24"/>
        </w:rPr>
      </w:pPr>
      <w:r w:rsidRPr="00CB3855">
        <w:rPr>
          <w:rFonts w:ascii="Arial" w:hAnsi="Arial" w:cs="Arial"/>
          <w:sz w:val="24"/>
          <w:szCs w:val="24"/>
        </w:rPr>
        <w:t>Microsoft Office proficiency.</w:t>
      </w:r>
    </w:p>
    <w:p w14:paraId="32C31A9B" w14:textId="77777777" w:rsidR="003621DF" w:rsidRPr="00CB3855" w:rsidRDefault="00A44688">
      <w:pPr>
        <w:pStyle w:val="ListBullet"/>
        <w:rPr>
          <w:rFonts w:ascii="Arial" w:hAnsi="Arial" w:cs="Arial"/>
          <w:sz w:val="24"/>
          <w:szCs w:val="24"/>
        </w:rPr>
      </w:pPr>
      <w:r w:rsidRPr="00CB3855">
        <w:rPr>
          <w:rFonts w:ascii="Arial" w:hAnsi="Arial" w:cs="Arial"/>
          <w:sz w:val="24"/>
          <w:szCs w:val="24"/>
        </w:rPr>
        <w:t>Strong communication and customer service skills.</w:t>
      </w:r>
    </w:p>
    <w:p w14:paraId="01E076A4" w14:textId="77777777" w:rsidR="003621DF" w:rsidRPr="00CB3855" w:rsidRDefault="00A44688" w:rsidP="00CB3855">
      <w:pPr>
        <w:pStyle w:val="Heading2"/>
      </w:pPr>
      <w:r w:rsidRPr="00CB3855">
        <w:t>DEVELOPMENT EXPECTATIONS</w:t>
      </w:r>
    </w:p>
    <w:p w14:paraId="1B342C40" w14:textId="77777777" w:rsidR="003621DF" w:rsidRPr="00CB3855" w:rsidRDefault="00A44688" w:rsidP="00CB3855">
      <w:pPr>
        <w:pStyle w:val="ListBullet"/>
        <w:spacing w:after="120" w:line="240" w:lineRule="auto"/>
        <w:contextualSpacing w:val="0"/>
        <w:rPr>
          <w:rFonts w:ascii="Arial" w:hAnsi="Arial" w:cs="Arial"/>
          <w:sz w:val="24"/>
          <w:szCs w:val="24"/>
        </w:rPr>
      </w:pPr>
      <w:r w:rsidRPr="00CB3855">
        <w:rPr>
          <w:rFonts w:ascii="Arial" w:hAnsi="Arial" w:cs="Arial"/>
          <w:sz w:val="24"/>
          <w:szCs w:val="24"/>
        </w:rPr>
        <w:t>Develop knowledge of municipal administration.</w:t>
      </w:r>
    </w:p>
    <w:p w14:paraId="3B924F58" w14:textId="77777777" w:rsidR="003621DF" w:rsidRPr="00CB3855" w:rsidRDefault="00A44688">
      <w:pPr>
        <w:pStyle w:val="ListBullet"/>
        <w:rPr>
          <w:rFonts w:ascii="Arial" w:hAnsi="Arial" w:cs="Arial"/>
          <w:sz w:val="24"/>
          <w:szCs w:val="24"/>
        </w:rPr>
      </w:pPr>
      <w:r w:rsidRPr="00CB3855">
        <w:rPr>
          <w:rFonts w:ascii="Arial" w:hAnsi="Arial" w:cs="Arial"/>
          <w:sz w:val="24"/>
          <w:szCs w:val="24"/>
        </w:rPr>
        <w:t>Gain experience in finance, communications and project support.</w:t>
      </w:r>
    </w:p>
    <w:sectPr w:rsidR="003621DF" w:rsidRPr="00CB3855" w:rsidSect="00CB3855">
      <w:footerReference w:type="default" r:id="rId8"/>
      <w:pgSz w:w="12240" w:h="15840"/>
      <w:pgMar w:top="90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38BE97" w14:textId="77777777" w:rsidR="00A44688" w:rsidRDefault="00A44688" w:rsidP="00CB3855">
      <w:pPr>
        <w:spacing w:after="0" w:line="240" w:lineRule="auto"/>
      </w:pPr>
      <w:r>
        <w:separator/>
      </w:r>
    </w:p>
  </w:endnote>
  <w:endnote w:type="continuationSeparator" w:id="0">
    <w:p w14:paraId="7428D5D0" w14:textId="77777777" w:rsidR="00A44688" w:rsidRDefault="00A44688" w:rsidP="00CB38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8F64E" w14:textId="2EA9999A" w:rsidR="00CB3855" w:rsidRPr="00CB3855" w:rsidRDefault="00CB3855">
    <w:pPr>
      <w:pStyle w:val="Footer"/>
      <w:rPr>
        <w:rFonts w:ascii="Arial" w:hAnsi="Arial" w:cs="Arial"/>
      </w:rPr>
    </w:pPr>
    <w:r w:rsidRPr="00CB3855">
      <w:rPr>
        <w:rFonts w:ascii="Arial" w:hAnsi="Arial" w:cs="Arial"/>
      </w:rPr>
      <w:t>Administrative Assistant 1 – Tourism – Job Description – July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62D911" w14:textId="77777777" w:rsidR="00A44688" w:rsidRDefault="00A44688" w:rsidP="00CB3855">
      <w:pPr>
        <w:spacing w:after="0" w:line="240" w:lineRule="auto"/>
      </w:pPr>
      <w:r>
        <w:separator/>
      </w:r>
    </w:p>
  </w:footnote>
  <w:footnote w:type="continuationSeparator" w:id="0">
    <w:p w14:paraId="720EDA02" w14:textId="77777777" w:rsidR="00A44688" w:rsidRDefault="00A44688" w:rsidP="00CB38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53785473">
    <w:abstractNumId w:val="8"/>
  </w:num>
  <w:num w:numId="2" w16cid:durableId="251739071">
    <w:abstractNumId w:val="6"/>
  </w:num>
  <w:num w:numId="3" w16cid:durableId="1459765744">
    <w:abstractNumId w:val="5"/>
  </w:num>
  <w:num w:numId="4" w16cid:durableId="1647472246">
    <w:abstractNumId w:val="4"/>
  </w:num>
  <w:num w:numId="5" w16cid:durableId="445273205">
    <w:abstractNumId w:val="7"/>
  </w:num>
  <w:num w:numId="6" w16cid:durableId="1920168370">
    <w:abstractNumId w:val="3"/>
  </w:num>
  <w:num w:numId="7" w16cid:durableId="1002782048">
    <w:abstractNumId w:val="2"/>
  </w:num>
  <w:num w:numId="8" w16cid:durableId="1149713522">
    <w:abstractNumId w:val="1"/>
  </w:num>
  <w:num w:numId="9" w16cid:durableId="13778980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621DF"/>
    <w:rsid w:val="00512D4C"/>
    <w:rsid w:val="00582294"/>
    <w:rsid w:val="00A44688"/>
    <w:rsid w:val="00AA1D8D"/>
    <w:rsid w:val="00B47730"/>
    <w:rsid w:val="00CB0664"/>
    <w:rsid w:val="00CB385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03CB01B"/>
  <w14:defaultImageDpi w14:val="300"/>
  <w15:docId w15:val="{1FCF8AD8-1829-4CFE-899D-862E342C7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B3855"/>
    <w:pPr>
      <w:keepNext/>
      <w:keepLines/>
      <w:spacing w:before="200" w:after="240" w:line="240" w:lineRule="auto"/>
      <w:outlineLvl w:val="1"/>
    </w:pPr>
    <w:rPr>
      <w:rFonts w:ascii="Arial" w:eastAsiaTheme="majorEastAsia" w:hAnsi="Arial" w:cs="Arial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B3855"/>
    <w:rPr>
      <w:rFonts w:ascii="Arial" w:eastAsiaTheme="majorEastAsia" w:hAnsi="Arial" w:cs="Arial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167</Words>
  <Characters>1035</Characters>
  <Application>Microsoft Office Word</Application>
  <DocSecurity>0</DocSecurity>
  <Lines>79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1148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Pam Walsh</cp:lastModifiedBy>
  <cp:revision>3</cp:revision>
  <dcterms:created xsi:type="dcterms:W3CDTF">2026-07-22T16:39:00Z</dcterms:created>
  <dcterms:modified xsi:type="dcterms:W3CDTF">2026-07-22T16:43:00Z</dcterms:modified>
  <cp:category/>
</cp:coreProperties>
</file>